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5E" w:rsidRPr="00E819FB" w:rsidRDefault="00CB625E">
      <w:pPr>
        <w:pStyle w:val="Titolo1"/>
        <w:rPr>
          <w:lang w:val="it-IT"/>
        </w:rPr>
      </w:pPr>
    </w:p>
    <w:p w:rsidR="00CB625E" w:rsidRPr="00CB625E" w:rsidRDefault="00CB625E" w:rsidP="00CB625E">
      <w:pPr>
        <w:spacing w:after="0" w:line="240" w:lineRule="auto"/>
        <w:ind w:left="284" w:firstLine="780"/>
        <w:jc w:val="center"/>
        <w:rPr>
          <w:rFonts w:ascii="Calibri" w:eastAsia="Times New Roman" w:hAnsi="Calibri" w:cs="Arial"/>
          <w:b/>
          <w:bCs/>
          <w:sz w:val="44"/>
          <w:szCs w:val="44"/>
          <w:lang w:val="it-IT" w:eastAsia="it-IT"/>
        </w:rPr>
      </w:pPr>
      <w:r w:rsidRPr="00E819FB">
        <w:rPr>
          <w:rFonts w:ascii="Calibri" w:eastAsia="Times New Roman" w:hAnsi="Calibri" w:cs="Arial"/>
          <w:noProof/>
          <w:sz w:val="24"/>
          <w:szCs w:val="24"/>
          <w:lang w:val="it-IT" w:eastAsia="it-IT"/>
        </w:rPr>
        <w:drawing>
          <wp:anchor distT="0" distB="0" distL="114300" distR="114300" simplePos="0" relativeHeight="251659264" behindDoc="1" locked="0" layoutInCell="1" allowOverlap="0">
            <wp:simplePos x="0" y="0"/>
            <wp:positionH relativeFrom="column">
              <wp:align>left</wp:align>
            </wp:positionH>
            <wp:positionV relativeFrom="paragraph">
              <wp:posOffset>6985</wp:posOffset>
            </wp:positionV>
            <wp:extent cx="742950" cy="981075"/>
            <wp:effectExtent l="0" t="0" r="0" b="9525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B625E">
        <w:rPr>
          <w:rFonts w:ascii="Calibri" w:eastAsia="Times New Roman" w:hAnsi="Calibri" w:cs="Arial"/>
          <w:b/>
          <w:bCs/>
          <w:sz w:val="44"/>
          <w:szCs w:val="44"/>
          <w:lang w:val="it-IT" w:eastAsia="it-IT"/>
        </w:rPr>
        <w:t>UNIONE DI COMUNI MARGHINE</w:t>
      </w:r>
    </w:p>
    <w:p w:rsidR="00CB625E" w:rsidRPr="00CB625E" w:rsidRDefault="00CB625E" w:rsidP="00CB625E">
      <w:pPr>
        <w:spacing w:after="0" w:line="240" w:lineRule="auto"/>
        <w:jc w:val="center"/>
        <w:rPr>
          <w:rFonts w:ascii="Calibri" w:eastAsia="Times New Roman" w:hAnsi="Calibri" w:cs="Arial"/>
          <w:sz w:val="24"/>
          <w:szCs w:val="24"/>
          <w:lang w:val="it-IT" w:eastAsia="it-IT"/>
        </w:rPr>
      </w:pPr>
      <w:r w:rsidRPr="00CB625E">
        <w:rPr>
          <w:rFonts w:ascii="Calibri" w:eastAsia="Times New Roman" w:hAnsi="Calibri" w:cs="Arial"/>
          <w:sz w:val="24"/>
          <w:szCs w:val="24"/>
          <w:lang w:val="it-IT" w:eastAsia="it-IT"/>
        </w:rPr>
        <w:t xml:space="preserve">                    Corso Umberto, n. 186, 08015 Macomer (NU)</w:t>
      </w:r>
    </w:p>
    <w:p w:rsidR="00CB625E" w:rsidRPr="00CB625E" w:rsidRDefault="00CB625E" w:rsidP="00CB625E">
      <w:pPr>
        <w:spacing w:after="0" w:line="240" w:lineRule="auto"/>
        <w:ind w:left="1344" w:firstLine="780"/>
        <w:jc w:val="both"/>
        <w:rPr>
          <w:rFonts w:ascii="Calibri" w:eastAsia="Times New Roman" w:hAnsi="Calibri" w:cs="Arial"/>
          <w:lang w:val="it-IT" w:eastAsia="it-IT"/>
        </w:rPr>
      </w:pPr>
      <w:proofErr w:type="spellStart"/>
      <w:r w:rsidRPr="00CB625E">
        <w:rPr>
          <w:rFonts w:ascii="Calibri" w:eastAsia="Times New Roman" w:hAnsi="Calibri" w:cs="Arial"/>
          <w:lang w:val="it-IT" w:eastAsia="it-IT"/>
        </w:rPr>
        <w:t>Tel</w:t>
      </w:r>
      <w:proofErr w:type="spellEnd"/>
      <w:r w:rsidRPr="00CB625E">
        <w:rPr>
          <w:rFonts w:ascii="Calibri" w:eastAsia="Times New Roman" w:hAnsi="Calibri" w:cs="Arial"/>
          <w:lang w:val="it-IT" w:eastAsia="it-IT"/>
        </w:rPr>
        <w:t xml:space="preserve"> 0785/222200 – Fax 0785/222216 – E-Mail </w:t>
      </w:r>
      <w:hyperlink r:id="rId7" w:history="1">
        <w:r w:rsidRPr="00E819FB">
          <w:rPr>
            <w:rFonts w:ascii="Calibri" w:eastAsia="Times New Roman" w:hAnsi="Calibri" w:cs="Times New Roman"/>
            <w:color w:val="0000FF"/>
            <w:u w:val="single"/>
            <w:lang w:val="it-IT" w:eastAsia="it-IT"/>
          </w:rPr>
          <w:t>info@unionemarghine.it</w:t>
        </w:r>
      </w:hyperlink>
    </w:p>
    <w:p w:rsidR="00CB625E" w:rsidRPr="00CB625E" w:rsidRDefault="00CB625E" w:rsidP="00CB625E">
      <w:pPr>
        <w:spacing w:after="0" w:line="240" w:lineRule="auto"/>
        <w:jc w:val="center"/>
        <w:rPr>
          <w:rFonts w:ascii="Calibri" w:eastAsia="Times New Roman" w:hAnsi="Calibri" w:cs="Arial"/>
          <w:lang w:val="it-IT" w:eastAsia="it-IT"/>
        </w:rPr>
      </w:pPr>
      <w:r w:rsidRPr="00CB625E">
        <w:rPr>
          <w:rFonts w:ascii="Calibri" w:eastAsia="Times New Roman" w:hAnsi="Calibri" w:cs="Arial"/>
          <w:lang w:val="it-IT" w:eastAsia="it-IT"/>
        </w:rPr>
        <w:t xml:space="preserve">          C.F. 93033380911</w:t>
      </w:r>
    </w:p>
    <w:p w:rsidR="00CB625E" w:rsidRPr="0067032E" w:rsidRDefault="00CB625E">
      <w:pPr>
        <w:pStyle w:val="Titolo1"/>
        <w:rPr>
          <w:sz w:val="10"/>
          <w:lang w:val="it-IT"/>
        </w:rPr>
      </w:pPr>
    </w:p>
    <w:p w:rsidR="007115B1" w:rsidRPr="00E819FB" w:rsidRDefault="00807C98" w:rsidP="00E819FB">
      <w:pPr>
        <w:pStyle w:val="Titolo1"/>
        <w:jc w:val="center"/>
        <w:rPr>
          <w:color w:val="000000" w:themeColor="text1"/>
          <w:lang w:val="it-IT"/>
        </w:rPr>
      </w:pPr>
      <w:r w:rsidRPr="00E819FB">
        <w:rPr>
          <w:color w:val="000000" w:themeColor="text1"/>
          <w:lang w:val="it-IT"/>
        </w:rPr>
        <w:t>MODULO DI RICHIESTA DI ACCREDITAMENTO</w:t>
      </w:r>
    </w:p>
    <w:p w:rsidR="00E819FB" w:rsidRPr="0067032E" w:rsidRDefault="00E819FB" w:rsidP="00E819FB">
      <w:pPr>
        <w:jc w:val="both"/>
        <w:rPr>
          <w:sz w:val="8"/>
          <w:lang w:val="it-IT"/>
        </w:rPr>
      </w:pPr>
    </w:p>
    <w:p w:rsidR="00E819FB" w:rsidRPr="00E819FB" w:rsidRDefault="00E819FB" w:rsidP="00E819FB">
      <w:pPr>
        <w:jc w:val="both"/>
        <w:rPr>
          <w:lang w:val="it-IT"/>
        </w:rPr>
      </w:pPr>
      <w:r w:rsidRPr="00E819FB">
        <w:rPr>
          <w:b/>
          <w:bCs/>
          <w:lang w:val="it-IT"/>
        </w:rPr>
        <w:t xml:space="preserve">OGGETTO: </w:t>
      </w:r>
      <w:r w:rsidRPr="00E819FB">
        <w:rPr>
          <w:lang w:val="it-IT"/>
        </w:rPr>
        <w:t>richiesta di accreditamento per la costituzione di un elenco di Professionisti erogatori di prestazioni integrative di cui al “Progetto Home Care Premium 2025”, finanziato da INPS</w:t>
      </w:r>
    </w:p>
    <w:p w:rsidR="001F2C97" w:rsidRDefault="00E819FB" w:rsidP="001F2C97">
      <w:pPr>
        <w:jc w:val="both"/>
        <w:rPr>
          <w:lang w:val="it-IT"/>
        </w:rPr>
      </w:pPr>
      <w:r w:rsidRPr="00E819FB">
        <w:rPr>
          <w:lang w:val="it-IT"/>
        </w:rPr>
        <w:br/>
      </w:r>
      <w:r w:rsidR="00807C98" w:rsidRPr="00E819FB">
        <w:rPr>
          <w:lang w:val="it-IT"/>
        </w:rPr>
        <w:t>Il/la sottoscritto/a _____________________________</w:t>
      </w:r>
      <w:r w:rsidR="001F2C97">
        <w:rPr>
          <w:lang w:val="it-IT"/>
        </w:rPr>
        <w:t>______________</w:t>
      </w:r>
      <w:r w:rsidR="00807C98" w:rsidRPr="00E819FB">
        <w:rPr>
          <w:lang w:val="it-IT"/>
        </w:rPr>
        <w:t xml:space="preserve">nato/a </w:t>
      </w:r>
      <w:proofErr w:type="spellStart"/>
      <w:r w:rsidR="00807C98" w:rsidRPr="00E819FB">
        <w:rPr>
          <w:lang w:val="it-IT"/>
        </w:rPr>
        <w:t>a</w:t>
      </w:r>
      <w:proofErr w:type="spellEnd"/>
      <w:r w:rsidR="00807C98" w:rsidRPr="00E819FB">
        <w:rPr>
          <w:lang w:val="it-IT"/>
        </w:rPr>
        <w:t xml:space="preserve"> ___________________________</w:t>
      </w:r>
      <w:r w:rsidR="001F2C97">
        <w:rPr>
          <w:lang w:val="it-IT"/>
        </w:rPr>
        <w:t>__</w:t>
      </w:r>
      <w:r w:rsidR="00807C98" w:rsidRPr="00E819FB">
        <w:rPr>
          <w:lang w:val="it-IT"/>
        </w:rPr>
        <w:t xml:space="preserve"> </w:t>
      </w:r>
    </w:p>
    <w:p w:rsidR="001F2C97" w:rsidRDefault="00807C98" w:rsidP="001F2C97">
      <w:pPr>
        <w:jc w:val="both"/>
        <w:rPr>
          <w:lang w:val="it-IT"/>
        </w:rPr>
      </w:pPr>
      <w:r w:rsidRPr="00E819FB">
        <w:rPr>
          <w:lang w:val="it-IT"/>
        </w:rPr>
        <w:t>(____) il ___/___/______residente in ____________________________ Via/Piazza __________________</w:t>
      </w:r>
      <w:r w:rsidR="001F2C97">
        <w:rPr>
          <w:lang w:val="it-IT"/>
        </w:rPr>
        <w:t>_______</w:t>
      </w:r>
    </w:p>
    <w:p w:rsidR="007115B1" w:rsidRPr="00E819FB" w:rsidRDefault="00807C98" w:rsidP="001F2C97">
      <w:pPr>
        <w:jc w:val="both"/>
        <w:rPr>
          <w:lang w:val="it-IT"/>
        </w:rPr>
      </w:pPr>
      <w:r w:rsidRPr="00E819FB">
        <w:rPr>
          <w:lang w:val="it-IT"/>
        </w:rPr>
        <w:t>n. ___ C.A.P. _______</w:t>
      </w:r>
      <w:r w:rsidR="001F2C97">
        <w:rPr>
          <w:lang w:val="it-IT"/>
        </w:rPr>
        <w:t>__</w:t>
      </w:r>
      <w:r w:rsidRPr="00E819FB">
        <w:rPr>
          <w:lang w:val="it-IT"/>
        </w:rPr>
        <w:t>Codice Fiscale ________________________</w:t>
      </w:r>
      <w:r w:rsidR="001F2C97">
        <w:rPr>
          <w:lang w:val="it-IT"/>
        </w:rPr>
        <w:t>____</w:t>
      </w:r>
      <w:r w:rsidRPr="00E819FB">
        <w:rPr>
          <w:lang w:val="it-IT"/>
        </w:rPr>
        <w:t xml:space="preserve"> Partita IVA ______________________</w:t>
      </w:r>
      <w:r w:rsidR="001F2C97">
        <w:rPr>
          <w:lang w:val="it-IT"/>
        </w:rPr>
        <w:t>__</w:t>
      </w:r>
    </w:p>
    <w:p w:rsidR="007115B1" w:rsidRPr="00E819FB" w:rsidRDefault="00807C98" w:rsidP="001F2C97">
      <w:pPr>
        <w:jc w:val="both"/>
        <w:rPr>
          <w:lang w:val="it-IT"/>
        </w:rPr>
      </w:pPr>
      <w:r w:rsidRPr="00E819FB">
        <w:rPr>
          <w:lang w:val="it-IT"/>
        </w:rPr>
        <w:t>e-mail ________________________________</w:t>
      </w:r>
      <w:r w:rsidR="001F2C97">
        <w:rPr>
          <w:lang w:val="it-IT"/>
        </w:rPr>
        <w:t>_____________</w:t>
      </w:r>
      <w:r w:rsidRPr="00E819FB">
        <w:rPr>
          <w:lang w:val="it-IT"/>
        </w:rPr>
        <w:t xml:space="preserve"> PEC _______________________________________</w:t>
      </w:r>
      <w:r w:rsidR="001F2C97">
        <w:rPr>
          <w:lang w:val="it-IT"/>
        </w:rPr>
        <w:t>_______</w:t>
      </w:r>
    </w:p>
    <w:p w:rsidR="007115B1" w:rsidRPr="00E819FB" w:rsidRDefault="00807C98" w:rsidP="001F2C97">
      <w:pPr>
        <w:jc w:val="both"/>
        <w:rPr>
          <w:lang w:val="it-IT"/>
        </w:rPr>
      </w:pPr>
      <w:r w:rsidRPr="00E819FB">
        <w:rPr>
          <w:lang w:val="it-IT"/>
        </w:rPr>
        <w:t>Tel. ____________________ Cell. ______________________</w:t>
      </w:r>
    </w:p>
    <w:p w:rsidR="007115B1" w:rsidRPr="00E819FB" w:rsidRDefault="00807C98" w:rsidP="001F2C97">
      <w:pPr>
        <w:jc w:val="both"/>
        <w:rPr>
          <w:lang w:val="it-IT"/>
        </w:rPr>
      </w:pPr>
      <w:r w:rsidRPr="00E819FB">
        <w:rPr>
          <w:lang w:val="it-IT"/>
        </w:rPr>
        <w:t>Albo Professionale di appartenenza ___________________________________ N. iscrizione ____________</w:t>
      </w:r>
    </w:p>
    <w:p w:rsidR="007115B1" w:rsidRPr="00E819FB" w:rsidRDefault="00807C98" w:rsidP="00211053">
      <w:pPr>
        <w:jc w:val="center"/>
        <w:rPr>
          <w:b/>
          <w:lang w:val="it-IT"/>
        </w:rPr>
      </w:pPr>
      <w:r w:rsidRPr="00E819FB">
        <w:rPr>
          <w:lang w:val="it-IT"/>
        </w:rPr>
        <w:br/>
      </w:r>
      <w:r w:rsidRPr="00E819FB">
        <w:rPr>
          <w:b/>
          <w:sz w:val="24"/>
          <w:lang w:val="it-IT"/>
        </w:rPr>
        <w:t>CHIEDE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443"/>
        <w:gridCol w:w="413"/>
      </w:tblGrid>
      <w:tr w:rsidR="007115B1" w:rsidRPr="00E819FB" w:rsidTr="00211053">
        <w:tc>
          <w:tcPr>
            <w:tcW w:w="8443" w:type="dxa"/>
          </w:tcPr>
          <w:p w:rsidR="001F2C97" w:rsidRPr="0067032E" w:rsidRDefault="00807C98" w:rsidP="00211053">
            <w:pPr>
              <w:jc w:val="both"/>
              <w:rPr>
                <w:lang w:val="it-IT"/>
              </w:rPr>
            </w:pPr>
            <w:r w:rsidRPr="0067032E">
              <w:rPr>
                <w:lang w:val="it-IT"/>
              </w:rPr>
              <w:t xml:space="preserve">di essere iscritto nell’Elenco dei Fornitori del progetto “Home Care Premium 2025-2028” </w:t>
            </w:r>
            <w:r w:rsidR="00211053" w:rsidRPr="0067032E">
              <w:rPr>
                <w:lang w:val="it-IT"/>
              </w:rPr>
              <w:t xml:space="preserve">dell’Unione di Comuni </w:t>
            </w:r>
            <w:proofErr w:type="spellStart"/>
            <w:r w:rsidR="00211053" w:rsidRPr="0067032E">
              <w:rPr>
                <w:lang w:val="it-IT"/>
              </w:rPr>
              <w:t>Marghine</w:t>
            </w:r>
            <w:proofErr w:type="spellEnd"/>
            <w:r w:rsidR="00211053" w:rsidRPr="0067032E">
              <w:rPr>
                <w:lang w:val="it-IT"/>
              </w:rPr>
              <w:t xml:space="preserve"> per le prestazioni socio-</w:t>
            </w:r>
            <w:r w:rsidRPr="0067032E">
              <w:rPr>
                <w:lang w:val="it-IT"/>
              </w:rPr>
              <w:t>assistenziali integrative di seguito indicate:</w:t>
            </w:r>
          </w:p>
        </w:tc>
        <w:tc>
          <w:tcPr>
            <w:tcW w:w="413" w:type="dxa"/>
          </w:tcPr>
          <w:p w:rsidR="007115B1" w:rsidRPr="00E819FB" w:rsidRDefault="007115B1">
            <w:pPr>
              <w:rPr>
                <w:lang w:val="it-IT"/>
              </w:rPr>
            </w:pPr>
          </w:p>
        </w:tc>
      </w:tr>
      <w:tr w:rsidR="007115B1" w:rsidRPr="00E819FB" w:rsidTr="00211053">
        <w:tc>
          <w:tcPr>
            <w:tcW w:w="8443" w:type="dxa"/>
          </w:tcPr>
          <w:tbl>
            <w:tblPr>
              <w:tblStyle w:val="Grigliatabella"/>
              <w:tblW w:w="8217" w:type="dxa"/>
              <w:tblLook w:val="04A0" w:firstRow="1" w:lastRow="0" w:firstColumn="1" w:lastColumn="0" w:noHBand="0" w:noVBand="1"/>
            </w:tblPr>
            <w:tblGrid>
              <w:gridCol w:w="3964"/>
              <w:gridCol w:w="4253"/>
            </w:tblGrid>
            <w:tr w:rsidR="00211053" w:rsidRPr="00E819FB" w:rsidTr="00211053">
              <w:tc>
                <w:tcPr>
                  <w:tcW w:w="3964" w:type="dxa"/>
                </w:tcPr>
                <w:p w:rsidR="00211053" w:rsidRPr="00E819FB" w:rsidRDefault="00211053" w:rsidP="00211053">
                  <w:pPr>
                    <w:rPr>
                      <w:lang w:val="it-IT"/>
                    </w:rPr>
                  </w:pPr>
                  <w:r w:rsidRPr="00E819FB">
                    <w:rPr>
                      <w:lang w:val="it-IT"/>
                    </w:rPr>
                    <w:t>TIPO DI PRESTAZIONE</w:t>
                  </w:r>
                </w:p>
              </w:tc>
              <w:tc>
                <w:tcPr>
                  <w:tcW w:w="4253" w:type="dxa"/>
                </w:tcPr>
                <w:p w:rsidR="00211053" w:rsidRPr="00E819FB" w:rsidRDefault="00211053" w:rsidP="00211053">
                  <w:pPr>
                    <w:rPr>
                      <w:lang w:val="it-IT"/>
                    </w:rPr>
                  </w:pPr>
                  <w:r w:rsidRPr="00E819FB">
                    <w:rPr>
                      <w:lang w:val="it-IT"/>
                    </w:rPr>
                    <w:t>PROPOSTA TARIFFARIA (Euro/ora)</w:t>
                  </w:r>
                </w:p>
              </w:tc>
            </w:tr>
            <w:tr w:rsidR="00211053" w:rsidRPr="00E819FB" w:rsidTr="00211053">
              <w:tc>
                <w:tcPr>
                  <w:tcW w:w="3964" w:type="dxa"/>
                </w:tcPr>
                <w:p w:rsidR="00211053" w:rsidRPr="00E819FB" w:rsidRDefault="00211053" w:rsidP="00211053">
                  <w:pPr>
                    <w:rPr>
                      <w:lang w:val="it-IT"/>
                    </w:rPr>
                  </w:pPr>
                </w:p>
                <w:p w:rsidR="00211053" w:rsidRPr="00E819FB" w:rsidRDefault="00211053" w:rsidP="00211053">
                  <w:pPr>
                    <w:rPr>
                      <w:lang w:val="it-IT"/>
                    </w:rPr>
                  </w:pPr>
                </w:p>
              </w:tc>
              <w:tc>
                <w:tcPr>
                  <w:tcW w:w="4253" w:type="dxa"/>
                </w:tcPr>
                <w:p w:rsidR="00211053" w:rsidRPr="00E819FB" w:rsidRDefault="00211053" w:rsidP="00211053">
                  <w:pPr>
                    <w:rPr>
                      <w:lang w:val="it-IT"/>
                    </w:rPr>
                  </w:pPr>
                </w:p>
              </w:tc>
            </w:tr>
            <w:tr w:rsidR="00211053" w:rsidRPr="00E819FB" w:rsidTr="00211053">
              <w:tc>
                <w:tcPr>
                  <w:tcW w:w="3964" w:type="dxa"/>
                </w:tcPr>
                <w:p w:rsidR="00211053" w:rsidRPr="00E819FB" w:rsidRDefault="00211053" w:rsidP="00211053">
                  <w:pPr>
                    <w:rPr>
                      <w:lang w:val="it-IT"/>
                    </w:rPr>
                  </w:pPr>
                </w:p>
                <w:p w:rsidR="00211053" w:rsidRPr="00E819FB" w:rsidRDefault="00211053" w:rsidP="00211053">
                  <w:pPr>
                    <w:rPr>
                      <w:lang w:val="it-IT"/>
                    </w:rPr>
                  </w:pPr>
                </w:p>
              </w:tc>
              <w:tc>
                <w:tcPr>
                  <w:tcW w:w="4253" w:type="dxa"/>
                </w:tcPr>
                <w:p w:rsidR="00211053" w:rsidRPr="00E819FB" w:rsidRDefault="00211053" w:rsidP="00211053">
                  <w:pPr>
                    <w:rPr>
                      <w:lang w:val="it-IT"/>
                    </w:rPr>
                  </w:pPr>
                </w:p>
              </w:tc>
            </w:tr>
            <w:tr w:rsidR="00211053" w:rsidRPr="00E819FB" w:rsidTr="00211053">
              <w:tc>
                <w:tcPr>
                  <w:tcW w:w="3964" w:type="dxa"/>
                </w:tcPr>
                <w:p w:rsidR="00211053" w:rsidRPr="00E819FB" w:rsidRDefault="00211053" w:rsidP="00211053">
                  <w:pPr>
                    <w:rPr>
                      <w:lang w:val="it-IT"/>
                    </w:rPr>
                  </w:pPr>
                </w:p>
                <w:p w:rsidR="00211053" w:rsidRPr="00E819FB" w:rsidRDefault="00211053" w:rsidP="00211053">
                  <w:pPr>
                    <w:rPr>
                      <w:lang w:val="it-IT"/>
                    </w:rPr>
                  </w:pPr>
                </w:p>
              </w:tc>
              <w:tc>
                <w:tcPr>
                  <w:tcW w:w="4253" w:type="dxa"/>
                </w:tcPr>
                <w:p w:rsidR="00211053" w:rsidRPr="00E819FB" w:rsidRDefault="00211053" w:rsidP="00211053">
                  <w:pPr>
                    <w:rPr>
                      <w:lang w:val="it-IT"/>
                    </w:rPr>
                  </w:pPr>
                </w:p>
              </w:tc>
            </w:tr>
            <w:tr w:rsidR="00211053" w:rsidRPr="00E819FB" w:rsidTr="00211053">
              <w:tc>
                <w:tcPr>
                  <w:tcW w:w="3964" w:type="dxa"/>
                </w:tcPr>
                <w:p w:rsidR="00211053" w:rsidRPr="00E819FB" w:rsidRDefault="00211053" w:rsidP="00211053">
                  <w:pPr>
                    <w:rPr>
                      <w:lang w:val="it-IT"/>
                    </w:rPr>
                  </w:pPr>
                </w:p>
                <w:p w:rsidR="00211053" w:rsidRPr="00E819FB" w:rsidRDefault="00211053" w:rsidP="00211053">
                  <w:pPr>
                    <w:rPr>
                      <w:lang w:val="it-IT"/>
                    </w:rPr>
                  </w:pPr>
                </w:p>
              </w:tc>
              <w:tc>
                <w:tcPr>
                  <w:tcW w:w="4253" w:type="dxa"/>
                </w:tcPr>
                <w:p w:rsidR="00211053" w:rsidRPr="00E819FB" w:rsidRDefault="00211053" w:rsidP="00211053">
                  <w:pPr>
                    <w:rPr>
                      <w:lang w:val="it-IT"/>
                    </w:rPr>
                  </w:pPr>
                </w:p>
              </w:tc>
            </w:tr>
            <w:tr w:rsidR="00211053" w:rsidRPr="00E819FB" w:rsidTr="00211053">
              <w:tc>
                <w:tcPr>
                  <w:tcW w:w="3964" w:type="dxa"/>
                </w:tcPr>
                <w:p w:rsidR="00211053" w:rsidRPr="00E819FB" w:rsidRDefault="00211053" w:rsidP="00211053">
                  <w:pPr>
                    <w:rPr>
                      <w:lang w:val="it-IT"/>
                    </w:rPr>
                  </w:pPr>
                </w:p>
                <w:p w:rsidR="00211053" w:rsidRPr="00E819FB" w:rsidRDefault="00211053" w:rsidP="00211053">
                  <w:pPr>
                    <w:rPr>
                      <w:lang w:val="it-IT"/>
                    </w:rPr>
                  </w:pPr>
                </w:p>
              </w:tc>
              <w:tc>
                <w:tcPr>
                  <w:tcW w:w="4253" w:type="dxa"/>
                </w:tcPr>
                <w:p w:rsidR="00211053" w:rsidRPr="00E819FB" w:rsidRDefault="00211053" w:rsidP="00211053">
                  <w:pPr>
                    <w:rPr>
                      <w:lang w:val="it-IT"/>
                    </w:rPr>
                  </w:pPr>
                </w:p>
              </w:tc>
            </w:tr>
          </w:tbl>
          <w:p w:rsidR="007115B1" w:rsidRPr="00E819FB" w:rsidRDefault="007115B1" w:rsidP="00211053">
            <w:pPr>
              <w:rPr>
                <w:lang w:val="it-IT"/>
              </w:rPr>
            </w:pPr>
          </w:p>
        </w:tc>
        <w:tc>
          <w:tcPr>
            <w:tcW w:w="413" w:type="dxa"/>
          </w:tcPr>
          <w:p w:rsidR="007115B1" w:rsidRPr="00E819FB" w:rsidRDefault="007115B1">
            <w:pPr>
              <w:rPr>
                <w:lang w:val="it-IT"/>
              </w:rPr>
            </w:pPr>
          </w:p>
        </w:tc>
      </w:tr>
      <w:tr w:rsidR="007115B1" w:rsidRPr="00E819FB" w:rsidTr="00211053">
        <w:tc>
          <w:tcPr>
            <w:tcW w:w="8443" w:type="dxa"/>
          </w:tcPr>
          <w:p w:rsidR="007115B1" w:rsidRPr="00E819FB" w:rsidRDefault="007115B1">
            <w:pPr>
              <w:rPr>
                <w:lang w:val="it-IT"/>
              </w:rPr>
            </w:pPr>
          </w:p>
        </w:tc>
        <w:tc>
          <w:tcPr>
            <w:tcW w:w="413" w:type="dxa"/>
          </w:tcPr>
          <w:p w:rsidR="007115B1" w:rsidRPr="00E819FB" w:rsidRDefault="007115B1">
            <w:pPr>
              <w:rPr>
                <w:lang w:val="it-IT"/>
              </w:rPr>
            </w:pPr>
          </w:p>
        </w:tc>
      </w:tr>
      <w:tr w:rsidR="007115B1" w:rsidRPr="00E819FB" w:rsidTr="00211053">
        <w:tc>
          <w:tcPr>
            <w:tcW w:w="8443" w:type="dxa"/>
          </w:tcPr>
          <w:p w:rsidR="007115B1" w:rsidRPr="00E819FB" w:rsidRDefault="007115B1">
            <w:pPr>
              <w:rPr>
                <w:lang w:val="it-IT"/>
              </w:rPr>
            </w:pPr>
          </w:p>
        </w:tc>
        <w:tc>
          <w:tcPr>
            <w:tcW w:w="413" w:type="dxa"/>
          </w:tcPr>
          <w:p w:rsidR="007115B1" w:rsidRPr="00E819FB" w:rsidRDefault="007115B1">
            <w:pPr>
              <w:rPr>
                <w:lang w:val="it-IT"/>
              </w:rPr>
            </w:pPr>
          </w:p>
        </w:tc>
      </w:tr>
      <w:tr w:rsidR="007115B1" w:rsidRPr="00E819FB" w:rsidTr="00211053">
        <w:tc>
          <w:tcPr>
            <w:tcW w:w="8443" w:type="dxa"/>
          </w:tcPr>
          <w:p w:rsidR="007115B1" w:rsidRPr="00E819FB" w:rsidRDefault="007115B1">
            <w:pPr>
              <w:rPr>
                <w:lang w:val="it-IT"/>
              </w:rPr>
            </w:pPr>
          </w:p>
        </w:tc>
        <w:tc>
          <w:tcPr>
            <w:tcW w:w="413" w:type="dxa"/>
          </w:tcPr>
          <w:p w:rsidR="007115B1" w:rsidRPr="00E819FB" w:rsidRDefault="007115B1">
            <w:pPr>
              <w:rPr>
                <w:lang w:val="it-IT"/>
              </w:rPr>
            </w:pPr>
          </w:p>
        </w:tc>
      </w:tr>
    </w:tbl>
    <w:p w:rsidR="007115B1" w:rsidRDefault="00807C98" w:rsidP="001F2C97">
      <w:pPr>
        <w:jc w:val="both"/>
        <w:rPr>
          <w:lang w:val="it-IT"/>
        </w:rPr>
      </w:pPr>
      <w:r w:rsidRPr="00E819FB">
        <w:rPr>
          <w:b/>
          <w:lang w:val="it-IT"/>
        </w:rPr>
        <w:t>DICHIARA</w:t>
      </w:r>
      <w:r w:rsidRPr="00E819FB">
        <w:rPr>
          <w:lang w:val="it-IT"/>
        </w:rPr>
        <w:t xml:space="preserve"> ai sensi degli articoli 46 e 47 del DPR 445/2000 e consapevole delle sanzioni penali previst</w:t>
      </w:r>
      <w:r w:rsidR="00F96E44">
        <w:rPr>
          <w:lang w:val="it-IT"/>
        </w:rPr>
        <w:t>e dall’art. 76 del medesimo DPR, per le ipotesi di falsità in atti e dichiarazioni mendaci.</w:t>
      </w:r>
    </w:p>
    <w:p w:rsidR="00F96E44" w:rsidRPr="00F96E44" w:rsidRDefault="00F96E44" w:rsidP="00F96E44">
      <w:pPr>
        <w:jc w:val="center"/>
        <w:rPr>
          <w:b/>
          <w:lang w:val="it-IT"/>
        </w:rPr>
      </w:pPr>
      <w:r w:rsidRPr="00F96E44">
        <w:rPr>
          <w:b/>
          <w:lang w:val="it-IT"/>
        </w:rPr>
        <w:t xml:space="preserve">PER </w:t>
      </w:r>
      <w:proofErr w:type="gramStart"/>
      <w:r w:rsidRPr="00F96E44">
        <w:rPr>
          <w:b/>
          <w:lang w:val="it-IT"/>
        </w:rPr>
        <w:t>SE</w:t>
      </w:r>
      <w:proofErr w:type="gramEnd"/>
      <w:r w:rsidRPr="00F96E44">
        <w:rPr>
          <w:b/>
          <w:lang w:val="it-IT"/>
        </w:rPr>
        <w:t xml:space="preserve"> STESSO DICHIARA</w:t>
      </w:r>
    </w:p>
    <w:p w:rsidR="007115B1" w:rsidRPr="00E819FB" w:rsidRDefault="00807C98" w:rsidP="001F2C97">
      <w:pPr>
        <w:pStyle w:val="Puntoelenco"/>
        <w:jc w:val="both"/>
        <w:rPr>
          <w:lang w:val="it-IT"/>
        </w:rPr>
      </w:pPr>
      <w:r w:rsidRPr="00E819FB">
        <w:rPr>
          <w:lang w:val="it-IT"/>
        </w:rPr>
        <w:t>di accettare integralmente e senza eccezione alcuna le clausole contenute nell’Avviso pubblico;</w:t>
      </w:r>
    </w:p>
    <w:p w:rsidR="007115B1" w:rsidRPr="00E819FB" w:rsidRDefault="00807C98" w:rsidP="001F2C97">
      <w:pPr>
        <w:pStyle w:val="Puntoelenco"/>
        <w:jc w:val="both"/>
        <w:rPr>
          <w:lang w:val="it-IT"/>
        </w:rPr>
      </w:pPr>
      <w:r w:rsidRPr="00E819FB">
        <w:rPr>
          <w:lang w:val="it-IT"/>
        </w:rPr>
        <w:t xml:space="preserve">di non trovarsi in alcuno degli stati, condizioni o situazioni previste dall’art. 80 del </w:t>
      </w:r>
      <w:proofErr w:type="spellStart"/>
      <w:proofErr w:type="gramStart"/>
      <w:r w:rsidRPr="00E819FB">
        <w:rPr>
          <w:lang w:val="it-IT"/>
        </w:rPr>
        <w:t>D.Lgs</w:t>
      </w:r>
      <w:proofErr w:type="spellEnd"/>
      <w:proofErr w:type="gramEnd"/>
      <w:r w:rsidRPr="00E819FB">
        <w:rPr>
          <w:lang w:val="it-IT"/>
        </w:rPr>
        <w:t xml:space="preserve"> 50/2016;</w:t>
      </w:r>
    </w:p>
    <w:p w:rsidR="00211053" w:rsidRPr="00E819FB" w:rsidRDefault="00807C98" w:rsidP="001F2C97">
      <w:pPr>
        <w:pStyle w:val="Puntoelenco"/>
        <w:jc w:val="both"/>
        <w:rPr>
          <w:lang w:val="it-IT"/>
        </w:rPr>
      </w:pPr>
      <w:r w:rsidRPr="00E819FB">
        <w:rPr>
          <w:lang w:val="it-IT"/>
        </w:rPr>
        <w:t>l’inesistenza di violazioni gravi, definitivamente accertate, alle norme in materia di contribuzione sociale;</w:t>
      </w:r>
    </w:p>
    <w:p w:rsidR="007115B1" w:rsidRPr="00E819FB" w:rsidRDefault="00807C98" w:rsidP="001F2C97">
      <w:pPr>
        <w:pStyle w:val="Puntoelenco"/>
        <w:jc w:val="both"/>
        <w:rPr>
          <w:lang w:val="it-IT"/>
        </w:rPr>
      </w:pPr>
      <w:r w:rsidRPr="00E819FB">
        <w:rPr>
          <w:lang w:val="it-IT"/>
        </w:rPr>
        <w:t xml:space="preserve"> l’inesistenza di violazioni gravi alle norme in materia di sicurezza e lavoro;</w:t>
      </w:r>
    </w:p>
    <w:p w:rsidR="007115B1" w:rsidRPr="00E819FB" w:rsidRDefault="00807C98" w:rsidP="001F2C97">
      <w:pPr>
        <w:pStyle w:val="Puntoelenco"/>
        <w:jc w:val="both"/>
        <w:rPr>
          <w:lang w:val="it-IT"/>
        </w:rPr>
      </w:pPr>
      <w:r w:rsidRPr="00E819FB">
        <w:rPr>
          <w:lang w:val="it-IT"/>
        </w:rPr>
        <w:t>di non avere subito condanne per reati che incidono sulla affidabilità morale e professionale;</w:t>
      </w:r>
    </w:p>
    <w:p w:rsidR="007115B1" w:rsidRPr="00E819FB" w:rsidRDefault="00807C98" w:rsidP="001F2C97">
      <w:pPr>
        <w:pStyle w:val="Puntoelenco"/>
        <w:jc w:val="both"/>
        <w:rPr>
          <w:lang w:val="it-IT"/>
        </w:rPr>
      </w:pPr>
      <w:r w:rsidRPr="00E819FB">
        <w:rPr>
          <w:lang w:val="it-IT"/>
        </w:rPr>
        <w:t xml:space="preserve">di non avere contenziosi o debiti pendenti con l’Unione dei Comuni del </w:t>
      </w:r>
      <w:proofErr w:type="spellStart"/>
      <w:r w:rsidRPr="00E819FB">
        <w:rPr>
          <w:lang w:val="it-IT"/>
        </w:rPr>
        <w:t>Marghine</w:t>
      </w:r>
      <w:proofErr w:type="spellEnd"/>
      <w:r w:rsidRPr="00E819FB">
        <w:rPr>
          <w:lang w:val="it-IT"/>
        </w:rPr>
        <w:t>;</w:t>
      </w:r>
    </w:p>
    <w:p w:rsidR="00211053" w:rsidRPr="00E819FB" w:rsidRDefault="00807C98" w:rsidP="001F2C97">
      <w:pPr>
        <w:pStyle w:val="Puntoelenco"/>
        <w:jc w:val="both"/>
        <w:rPr>
          <w:lang w:val="it-IT"/>
        </w:rPr>
      </w:pPr>
      <w:r w:rsidRPr="00E819FB">
        <w:rPr>
          <w:lang w:val="it-IT"/>
        </w:rPr>
        <w:t>di accettare che i dati vengano trasmessi all’INPS per la gestione del progetto;</w:t>
      </w:r>
    </w:p>
    <w:p w:rsidR="00211053" w:rsidRPr="00E819FB" w:rsidRDefault="00807C98" w:rsidP="001F2C97">
      <w:pPr>
        <w:pStyle w:val="Puntoelenco"/>
        <w:jc w:val="both"/>
        <w:rPr>
          <w:lang w:val="it-IT"/>
        </w:rPr>
      </w:pPr>
      <w:r w:rsidRPr="00E819FB">
        <w:rPr>
          <w:lang w:val="it-IT"/>
        </w:rPr>
        <w:t xml:space="preserve">di accettare che il beneficiario contatti direttamente il professionista e fissi gli appuntamenti tramite piattaforma INPS; </w:t>
      </w:r>
    </w:p>
    <w:p w:rsidR="007115B1" w:rsidRDefault="00807C98" w:rsidP="001F2C97">
      <w:pPr>
        <w:pStyle w:val="Puntoelenco"/>
        <w:jc w:val="both"/>
        <w:rPr>
          <w:lang w:val="it-IT"/>
        </w:rPr>
      </w:pPr>
      <w:r w:rsidRPr="00E819FB">
        <w:rPr>
          <w:lang w:val="it-IT"/>
        </w:rPr>
        <w:t>di accettare che le prestazioni saranno rimborsate mensilmente sulla base delle fatture validate in procedura.</w:t>
      </w:r>
    </w:p>
    <w:p w:rsidR="0067032E" w:rsidRDefault="0067032E" w:rsidP="0067032E">
      <w:pPr>
        <w:pStyle w:val="Puntoelenco"/>
        <w:numPr>
          <w:ilvl w:val="0"/>
          <w:numId w:val="0"/>
        </w:numPr>
        <w:ind w:left="360" w:hanging="360"/>
        <w:jc w:val="both"/>
        <w:rPr>
          <w:lang w:val="it-IT"/>
        </w:rPr>
      </w:pPr>
    </w:p>
    <w:p w:rsidR="0067032E" w:rsidRDefault="0067032E" w:rsidP="0067032E">
      <w:pPr>
        <w:pStyle w:val="Puntoelenco"/>
        <w:numPr>
          <w:ilvl w:val="0"/>
          <w:numId w:val="0"/>
        </w:numPr>
        <w:ind w:left="360" w:hanging="360"/>
        <w:jc w:val="both"/>
        <w:rPr>
          <w:lang w:val="it-IT"/>
        </w:rPr>
      </w:pPr>
    </w:p>
    <w:p w:rsidR="00211F09" w:rsidRDefault="00211F09" w:rsidP="00211F09">
      <w:pPr>
        <w:jc w:val="both"/>
        <w:rPr>
          <w:lang w:val="it-IT"/>
        </w:rPr>
      </w:pPr>
      <w:r w:rsidRPr="00211F09">
        <w:rPr>
          <w:lang w:val="it-IT"/>
        </w:rPr>
        <w:t>Ai sensi dell’art. 13 del Regolamento (UE) 2016/679 del Parlamento Europeo e del Consiglio del 27 aprile 2016, relativo alla protezione dei dati personali, si autorizza il trattamento dei dati personali conferiti in sede di partecipazione alla presente procedura e acquisiti dall’Ente, esclusivamente per le finalità connesse all’espletamento delle attivit</w:t>
      </w:r>
      <w:r>
        <w:rPr>
          <w:lang w:val="it-IT"/>
        </w:rPr>
        <w:t xml:space="preserve">à previste dal presente </w:t>
      </w:r>
      <w:r w:rsidRPr="00211F09">
        <w:rPr>
          <w:lang w:val="it-IT"/>
        </w:rPr>
        <w:t>avviso</w:t>
      </w:r>
      <w:r>
        <w:rPr>
          <w:lang w:val="it-IT"/>
        </w:rPr>
        <w:t>.</w:t>
      </w:r>
    </w:p>
    <w:p w:rsidR="00211053" w:rsidRPr="00E819FB" w:rsidRDefault="00807C98" w:rsidP="00211F09">
      <w:pPr>
        <w:jc w:val="both"/>
        <w:rPr>
          <w:lang w:val="it-IT"/>
        </w:rPr>
      </w:pPr>
      <w:bookmarkStart w:id="0" w:name="_GoBack"/>
      <w:bookmarkEnd w:id="0"/>
      <w:r w:rsidRPr="00E819FB">
        <w:rPr>
          <w:lang w:val="it-IT"/>
        </w:rPr>
        <w:br/>
      </w:r>
    </w:p>
    <w:p w:rsidR="007115B1" w:rsidRPr="00E819FB" w:rsidRDefault="00807C98">
      <w:pPr>
        <w:rPr>
          <w:lang w:val="it-IT"/>
        </w:rPr>
      </w:pPr>
      <w:r w:rsidRPr="00E819FB">
        <w:rPr>
          <w:lang w:val="it-IT"/>
        </w:rPr>
        <w:t>Luogo e data _______________</w:t>
      </w:r>
      <w:r w:rsidR="00211053" w:rsidRPr="00E819FB">
        <w:rPr>
          <w:lang w:val="it-IT"/>
        </w:rPr>
        <w:t>___</w:t>
      </w:r>
      <w:r w:rsidRPr="00E819FB">
        <w:rPr>
          <w:lang w:val="it-IT"/>
        </w:rPr>
        <w:t>____________</w:t>
      </w:r>
      <w:r w:rsidR="00211053" w:rsidRPr="00E819FB">
        <w:rPr>
          <w:lang w:val="it-IT"/>
        </w:rPr>
        <w:t xml:space="preserve">                     </w:t>
      </w:r>
      <w:r w:rsidRPr="00E819FB">
        <w:rPr>
          <w:lang w:val="it-IT"/>
        </w:rPr>
        <w:t>Firma ___________</w:t>
      </w:r>
      <w:r w:rsidR="00211053" w:rsidRPr="00E819FB">
        <w:rPr>
          <w:lang w:val="it-IT"/>
        </w:rPr>
        <w:t>_____________________________</w:t>
      </w:r>
    </w:p>
    <w:sectPr w:rsidR="007115B1" w:rsidRPr="00E819FB" w:rsidSect="00B456C0">
      <w:pgSz w:w="12240" w:h="15840"/>
      <w:pgMar w:top="851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BA20E5B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34EF2"/>
    <w:rsid w:val="0006063C"/>
    <w:rsid w:val="0015074B"/>
    <w:rsid w:val="001F2C97"/>
    <w:rsid w:val="00211053"/>
    <w:rsid w:val="00211F09"/>
    <w:rsid w:val="0029639D"/>
    <w:rsid w:val="00326F90"/>
    <w:rsid w:val="0067032E"/>
    <w:rsid w:val="007115B1"/>
    <w:rsid w:val="00807C98"/>
    <w:rsid w:val="00AA1D8D"/>
    <w:rsid w:val="00B456C0"/>
    <w:rsid w:val="00B47730"/>
    <w:rsid w:val="00B9032C"/>
    <w:rsid w:val="00CB0664"/>
    <w:rsid w:val="00CB625E"/>
    <w:rsid w:val="00D452B6"/>
    <w:rsid w:val="00E819FB"/>
    <w:rsid w:val="00F96E4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6A2542"/>
  <w14:defaultImageDpi w14:val="330"/>
  <w15:docId w15:val="{FAB663FF-F6E7-4C74-B5BA-AFE511413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C693F"/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nfo@unionemarghine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728DBDA-D1D0-4BE5-94F9-CAD811612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434</Words>
  <Characters>2480</Characters>
  <Application>Microsoft Office Word</Application>
  <DocSecurity>0</DocSecurity>
  <Lines>20</Lines>
  <Paragraphs>5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2909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HomeCare 1</cp:lastModifiedBy>
  <cp:revision>13</cp:revision>
  <dcterms:created xsi:type="dcterms:W3CDTF">2013-12-23T23:15:00Z</dcterms:created>
  <dcterms:modified xsi:type="dcterms:W3CDTF">2025-04-28T08:21:00Z</dcterms:modified>
  <cp:category/>
</cp:coreProperties>
</file>